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700D" w14:textId="77777777" w:rsidR="00163257" w:rsidRDefault="00000000">
      <w:pPr>
        <w:pStyle w:val="TitleBlue"/>
        <w:jc w:val="center"/>
      </w:pPr>
      <w:r>
        <w:t xml:space="preserve">STAR </w:t>
      </w:r>
      <w:proofErr w:type="spellStart"/>
      <w:r>
        <w:t>Akreditasyonu</w:t>
      </w:r>
      <w:proofErr w:type="spellEnd"/>
    </w:p>
    <w:p w14:paraId="773D682E" w14:textId="77777777" w:rsidR="00163257" w:rsidRDefault="00000000">
      <w:pPr>
        <w:jc w:val="center"/>
      </w:pPr>
      <w:proofErr w:type="spellStart"/>
      <w:r>
        <w:rPr>
          <w:b/>
          <w:sz w:val="26"/>
        </w:rPr>
        <w:t>Sınav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Sorusu</w:t>
      </w:r>
      <w:proofErr w:type="spellEnd"/>
      <w:r>
        <w:rPr>
          <w:b/>
          <w:sz w:val="26"/>
        </w:rPr>
        <w:t xml:space="preserve"> – Ders </w:t>
      </w:r>
      <w:proofErr w:type="spellStart"/>
      <w:r>
        <w:rPr>
          <w:b/>
          <w:sz w:val="26"/>
        </w:rPr>
        <w:t>Öğrenme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Çıktısı</w:t>
      </w:r>
      <w:proofErr w:type="spellEnd"/>
      <w:r>
        <w:rPr>
          <w:b/>
          <w:sz w:val="26"/>
        </w:rPr>
        <w:t xml:space="preserve"> Eşleştirme </w:t>
      </w:r>
      <w:proofErr w:type="spellStart"/>
      <w:r>
        <w:rPr>
          <w:b/>
          <w:sz w:val="26"/>
        </w:rPr>
        <w:t>Formu</w:t>
      </w:r>
      <w:proofErr w:type="spellEnd"/>
    </w:p>
    <w:p w14:paraId="09D2952A" w14:textId="77777777" w:rsidR="00163257" w:rsidRDefault="00000000">
      <w:pPr>
        <w:pStyle w:val="Subtle"/>
        <w:jc w:val="center"/>
      </w:pPr>
      <w:r>
        <w:t xml:space="preserve">Bu form,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sorularının</w:t>
      </w:r>
      <w:proofErr w:type="spellEnd"/>
      <w:r>
        <w:t xml:space="preserve"> hangi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çıktısını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dolaylı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hangi program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çıktısını</w:t>
      </w:r>
      <w:proofErr w:type="spellEnd"/>
      <w:r>
        <w:t xml:space="preserve"> </w:t>
      </w:r>
      <w:proofErr w:type="spellStart"/>
      <w:r>
        <w:t>ölçtüğünü</w:t>
      </w:r>
      <w:proofErr w:type="spellEnd"/>
      <w:r>
        <w:t xml:space="preserve"> </w:t>
      </w:r>
      <w:proofErr w:type="spellStart"/>
      <w:r>
        <w:t>göstermeye</w:t>
      </w:r>
      <w:proofErr w:type="spellEnd"/>
      <w:r>
        <w:t xml:space="preserve"> </w:t>
      </w:r>
      <w:proofErr w:type="spellStart"/>
      <w:r>
        <w:t>yöneliktir</w:t>
      </w:r>
      <w:proofErr w:type="spellEnd"/>
      <w: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3005"/>
        <w:gridCol w:w="1814"/>
        <w:gridCol w:w="3005"/>
      </w:tblGrid>
      <w:tr w:rsidR="00163257" w14:paraId="609B8AD0" w14:textId="77777777">
        <w:trPr>
          <w:jc w:val="center"/>
        </w:trPr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EB127D3" w14:textId="77777777" w:rsidR="00163257" w:rsidRDefault="00000000">
            <w:r>
              <w:rPr>
                <w:b/>
                <w:sz w:val="20"/>
              </w:rPr>
              <w:t xml:space="preserve">Ders </w:t>
            </w:r>
            <w:proofErr w:type="spellStart"/>
            <w:r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D51B301" w14:textId="6D920478" w:rsidR="00163257" w:rsidRDefault="00163257"/>
        </w:tc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24CEFD3" w14:textId="77777777" w:rsidR="00163257" w:rsidRDefault="00000000">
            <w:proofErr w:type="spellStart"/>
            <w:r>
              <w:rPr>
                <w:b/>
                <w:sz w:val="20"/>
              </w:rPr>
              <w:t>Öğretim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C994FEA" w14:textId="5F7A108D" w:rsidR="00163257" w:rsidRDefault="00163257"/>
        </w:tc>
      </w:tr>
      <w:tr w:rsidR="00163257" w14:paraId="226010AA" w14:textId="77777777">
        <w:trPr>
          <w:jc w:val="center"/>
        </w:trPr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A29405A" w14:textId="77777777" w:rsidR="00163257" w:rsidRDefault="00000000">
            <w:proofErr w:type="spellStart"/>
            <w:r>
              <w:rPr>
                <w:b/>
                <w:sz w:val="20"/>
              </w:rPr>
              <w:t>Sınav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Türü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B96A107" w14:textId="4BFADF08" w:rsidR="00163257" w:rsidRDefault="00163257"/>
        </w:tc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AC4556" w14:textId="77777777" w:rsidR="00163257" w:rsidRDefault="00000000">
            <w:r>
              <w:rPr>
                <w:b/>
                <w:sz w:val="20"/>
              </w:rPr>
              <w:t>Tarih</w:t>
            </w:r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7ECCC23" w14:textId="6B7903FD" w:rsidR="00163257" w:rsidRDefault="00163257"/>
        </w:tc>
      </w:tr>
      <w:tr w:rsidR="00163257" w14:paraId="2631C2AB" w14:textId="77777777">
        <w:trPr>
          <w:jc w:val="center"/>
        </w:trPr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A6C1B34" w14:textId="77777777" w:rsidR="00163257" w:rsidRDefault="00000000">
            <w:proofErr w:type="spellStart"/>
            <w:r>
              <w:rPr>
                <w:b/>
                <w:sz w:val="20"/>
              </w:rPr>
              <w:t>Sınıf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Şube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05C84BE" w14:textId="724B1CEE" w:rsidR="00163257" w:rsidRDefault="00163257"/>
        </w:tc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85D213F" w14:textId="77777777" w:rsidR="00163257" w:rsidRDefault="00000000">
            <w:proofErr w:type="spellStart"/>
            <w:r>
              <w:rPr>
                <w:b/>
                <w:sz w:val="20"/>
              </w:rPr>
              <w:t>Dönem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7D15EE2" w14:textId="4B058874" w:rsidR="00163257" w:rsidRDefault="00163257"/>
        </w:tc>
      </w:tr>
      <w:tr w:rsidR="00163257" w14:paraId="71EA472C" w14:textId="77777777">
        <w:trPr>
          <w:jc w:val="center"/>
        </w:trPr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E05E74C" w14:textId="77777777" w:rsidR="00163257" w:rsidRDefault="00000000">
            <w:r>
              <w:rPr>
                <w:b/>
                <w:sz w:val="20"/>
              </w:rPr>
              <w:t>Program</w:t>
            </w:r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3872BE6" w14:textId="41CDBD0D" w:rsidR="00163257" w:rsidRDefault="00B42228">
            <w:r>
              <w:t xml:space="preserve">Ekonomi </w:t>
            </w:r>
            <w:proofErr w:type="spellStart"/>
            <w:r>
              <w:t>ve</w:t>
            </w:r>
            <w:proofErr w:type="spellEnd"/>
            <w:r>
              <w:t xml:space="preserve"> Finans</w:t>
            </w:r>
          </w:p>
        </w:tc>
        <w:tc>
          <w:tcPr>
            <w:tcW w:w="1814" w:type="dxa"/>
            <w:shd w:val="clear" w:color="auto" w:fill="D9EA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3ABCF81" w14:textId="77777777" w:rsidR="00163257" w:rsidRDefault="00000000">
            <w:r>
              <w:rPr>
                <w:b/>
                <w:sz w:val="20"/>
              </w:rPr>
              <w:t xml:space="preserve">AKTS / </w:t>
            </w:r>
            <w:proofErr w:type="spellStart"/>
            <w:r>
              <w:rPr>
                <w:b/>
                <w:sz w:val="20"/>
              </w:rPr>
              <w:t>Kredi</w:t>
            </w:r>
            <w:proofErr w:type="spellEnd"/>
          </w:p>
        </w:tc>
        <w:tc>
          <w:tcPr>
            <w:tcW w:w="3005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1443D23" w14:textId="2E50A63B" w:rsidR="00163257" w:rsidRDefault="00163257"/>
        </w:tc>
      </w:tr>
    </w:tbl>
    <w:p w14:paraId="43B94C8F" w14:textId="77777777" w:rsidR="00163257" w:rsidRDefault="00163257"/>
    <w:p w14:paraId="36BAE13E" w14:textId="77777777" w:rsidR="00163257" w:rsidRDefault="00000000">
      <w:pPr>
        <w:pStyle w:val="HeadingBlue"/>
      </w:pPr>
      <w:r>
        <w:t xml:space="preserve">1. Ders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çıktıları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04"/>
        <w:gridCol w:w="8391"/>
      </w:tblGrid>
      <w:tr w:rsidR="00163257" w14:paraId="3124D7A7" w14:textId="77777777">
        <w:trPr>
          <w:tblHeader/>
          <w:jc w:val="center"/>
        </w:trPr>
        <w:tc>
          <w:tcPr>
            <w:tcW w:w="1304" w:type="dxa"/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5FD274" w14:textId="77777777" w:rsidR="00163257" w:rsidRDefault="00000000">
            <w:proofErr w:type="spellStart"/>
            <w:r>
              <w:rPr>
                <w:b/>
                <w:color w:val="FFFFFF"/>
                <w:sz w:val="20"/>
              </w:rPr>
              <w:t>Kod</w:t>
            </w:r>
            <w:proofErr w:type="spellEnd"/>
          </w:p>
        </w:tc>
        <w:tc>
          <w:tcPr>
            <w:tcW w:w="8391" w:type="dxa"/>
            <w:shd w:val="clear" w:color="auto" w:fill="1F4E7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97832" w14:textId="77777777" w:rsidR="00163257" w:rsidRDefault="00000000">
            <w:r>
              <w:rPr>
                <w:b/>
                <w:color w:val="FFFFFF"/>
                <w:sz w:val="20"/>
              </w:rPr>
              <w:t xml:space="preserve">Ders </w:t>
            </w:r>
            <w:proofErr w:type="spellStart"/>
            <w:r>
              <w:rPr>
                <w:b/>
                <w:color w:val="FFFFFF"/>
                <w:sz w:val="20"/>
              </w:rPr>
              <w:t>Öğrenme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Çıktısı</w:t>
            </w:r>
            <w:proofErr w:type="spellEnd"/>
          </w:p>
        </w:tc>
      </w:tr>
      <w:tr w:rsidR="00163257" w14:paraId="5457E1B8" w14:textId="77777777">
        <w:trPr>
          <w:jc w:val="center"/>
        </w:trPr>
        <w:tc>
          <w:tcPr>
            <w:tcW w:w="130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D71F210" w14:textId="377ABE88" w:rsidR="00163257" w:rsidRDefault="00000000">
            <w:r>
              <w:t>DÖÇ</w:t>
            </w:r>
            <w:r w:rsidR="004F1D85">
              <w:t>2</w:t>
            </w:r>
          </w:p>
        </w:tc>
        <w:tc>
          <w:tcPr>
            <w:tcW w:w="839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7604C31" w14:textId="10872BE3" w:rsidR="00163257" w:rsidRDefault="00163257"/>
        </w:tc>
      </w:tr>
      <w:tr w:rsidR="00163257" w14:paraId="369C5625" w14:textId="77777777">
        <w:trPr>
          <w:jc w:val="center"/>
        </w:trPr>
        <w:tc>
          <w:tcPr>
            <w:tcW w:w="130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A7B3B97" w14:textId="233AA3E8" w:rsidR="00163257" w:rsidRDefault="00000000">
            <w:r>
              <w:t>DÖÇ</w:t>
            </w:r>
            <w:r w:rsidR="00B42228">
              <w:t>3</w:t>
            </w:r>
          </w:p>
        </w:tc>
        <w:tc>
          <w:tcPr>
            <w:tcW w:w="839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4A9F156" w14:textId="2CAB5A8A" w:rsidR="00163257" w:rsidRDefault="00163257"/>
        </w:tc>
      </w:tr>
      <w:tr w:rsidR="00163257" w14:paraId="1F6886A8" w14:textId="77777777">
        <w:trPr>
          <w:jc w:val="center"/>
        </w:trPr>
        <w:tc>
          <w:tcPr>
            <w:tcW w:w="130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6A1A47B" w14:textId="7B2C156E" w:rsidR="00163257" w:rsidRDefault="00000000">
            <w:r>
              <w:t>DÖÇ</w:t>
            </w:r>
            <w:r w:rsidR="004F1D85">
              <w:t>6</w:t>
            </w:r>
          </w:p>
        </w:tc>
        <w:tc>
          <w:tcPr>
            <w:tcW w:w="839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22FD0C3" w14:textId="44BD2704" w:rsidR="00163257" w:rsidRDefault="00163257"/>
        </w:tc>
      </w:tr>
    </w:tbl>
    <w:p w14:paraId="0802AF41" w14:textId="77777777" w:rsidR="00163257" w:rsidRDefault="00163257"/>
    <w:p w14:paraId="6A0A0A61" w14:textId="77777777" w:rsidR="00163257" w:rsidRDefault="00000000">
      <w:pPr>
        <w:pStyle w:val="HeadingBlue"/>
      </w:pPr>
      <w:r>
        <w:t xml:space="preserve">2. Soru – </w:t>
      </w:r>
      <w:proofErr w:type="spellStart"/>
      <w:r>
        <w:t>çıktı</w:t>
      </w:r>
      <w:proofErr w:type="spellEnd"/>
      <w:r>
        <w:t xml:space="preserve"> </w:t>
      </w:r>
      <w:proofErr w:type="spellStart"/>
      <w:r>
        <w:t>eşleştirme</w:t>
      </w:r>
      <w:proofErr w:type="spellEnd"/>
      <w:r>
        <w:t xml:space="preserve"> </w:t>
      </w:r>
      <w:proofErr w:type="spellStart"/>
      <w:r>
        <w:t>tablosu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15"/>
        <w:gridCol w:w="1108"/>
        <w:gridCol w:w="1319"/>
        <w:gridCol w:w="1300"/>
        <w:gridCol w:w="1727"/>
        <w:gridCol w:w="3593"/>
      </w:tblGrid>
      <w:tr w:rsidR="00163257" w14:paraId="7FAA59D4" w14:textId="77777777" w:rsidTr="00B42228">
        <w:trPr>
          <w:tblHeader/>
          <w:jc w:val="center"/>
        </w:trPr>
        <w:tc>
          <w:tcPr>
            <w:tcW w:w="915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E3D2D2B" w14:textId="77777777" w:rsidR="00163257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Soru No</w:t>
            </w:r>
          </w:p>
        </w:tc>
        <w:tc>
          <w:tcPr>
            <w:tcW w:w="1108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BFA7CC0" w14:textId="77777777" w:rsidR="00163257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 xml:space="preserve">Soru </w:t>
            </w:r>
            <w:proofErr w:type="spellStart"/>
            <w:r>
              <w:rPr>
                <w:b/>
                <w:color w:val="FFFFFF"/>
                <w:sz w:val="19"/>
              </w:rPr>
              <w:t>Puanı</w:t>
            </w:r>
            <w:proofErr w:type="spellEnd"/>
          </w:p>
        </w:tc>
        <w:tc>
          <w:tcPr>
            <w:tcW w:w="1319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3909915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Ölçülen</w:t>
            </w:r>
            <w:proofErr w:type="spellEnd"/>
            <w:r>
              <w:rPr>
                <w:b/>
                <w:color w:val="FFFFFF"/>
                <w:sz w:val="19"/>
              </w:rPr>
              <w:t xml:space="preserve"> DÖÇ</w:t>
            </w:r>
          </w:p>
        </w:tc>
        <w:tc>
          <w:tcPr>
            <w:tcW w:w="1300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D4D9179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İlgili</w:t>
            </w:r>
            <w:proofErr w:type="spellEnd"/>
            <w:r>
              <w:rPr>
                <w:b/>
                <w:color w:val="FFFFFF"/>
                <w:sz w:val="19"/>
              </w:rPr>
              <w:t xml:space="preserve"> PÖÇ</w:t>
            </w:r>
          </w:p>
        </w:tc>
        <w:tc>
          <w:tcPr>
            <w:tcW w:w="1727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3D29670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Bilişsel</w:t>
            </w:r>
            <w:proofErr w:type="spellEnd"/>
            <w:r>
              <w:rPr>
                <w:b/>
                <w:color w:val="FFFFFF"/>
                <w:sz w:val="19"/>
              </w:rPr>
              <w:t xml:space="preserve"> Düzey</w:t>
            </w:r>
          </w:p>
        </w:tc>
        <w:tc>
          <w:tcPr>
            <w:tcW w:w="3593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0E22B78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Açıklama</w:t>
            </w:r>
            <w:proofErr w:type="spellEnd"/>
            <w:r>
              <w:rPr>
                <w:b/>
                <w:color w:val="FFFFFF"/>
                <w:sz w:val="19"/>
              </w:rPr>
              <w:t xml:space="preserve"> / Not</w:t>
            </w:r>
          </w:p>
        </w:tc>
      </w:tr>
      <w:tr w:rsidR="00163257" w14:paraId="2A87B24F" w14:textId="77777777" w:rsidTr="00B42228">
        <w:trPr>
          <w:jc w:val="center"/>
        </w:trPr>
        <w:tc>
          <w:tcPr>
            <w:tcW w:w="915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54525E8" w14:textId="77777777" w:rsidR="00163257" w:rsidRDefault="00000000">
            <w:pPr>
              <w:jc w:val="center"/>
            </w:pPr>
            <w:r>
              <w:t>1</w:t>
            </w:r>
          </w:p>
        </w:tc>
        <w:tc>
          <w:tcPr>
            <w:tcW w:w="1108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8CC1F75" w14:textId="34F9A22A" w:rsidR="00163257" w:rsidRDefault="00163257">
            <w:pPr>
              <w:jc w:val="center"/>
            </w:pPr>
          </w:p>
        </w:tc>
        <w:tc>
          <w:tcPr>
            <w:tcW w:w="1319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9DF8DBE" w14:textId="67CEF9A0" w:rsidR="00163257" w:rsidRDefault="00163257">
            <w:pPr>
              <w:jc w:val="center"/>
            </w:pPr>
          </w:p>
        </w:tc>
        <w:tc>
          <w:tcPr>
            <w:tcW w:w="1300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04D7B61" w14:textId="0A4B5D33" w:rsidR="00163257" w:rsidRDefault="00163257">
            <w:pPr>
              <w:jc w:val="center"/>
            </w:pPr>
          </w:p>
        </w:tc>
        <w:tc>
          <w:tcPr>
            <w:tcW w:w="1727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7830B69" w14:textId="220DB206" w:rsidR="00163257" w:rsidRDefault="00000000">
            <w:pPr>
              <w:jc w:val="center"/>
            </w:pPr>
            <w:proofErr w:type="spellStart"/>
            <w:r>
              <w:t>Uygulama</w:t>
            </w:r>
            <w:proofErr w:type="spellEnd"/>
            <w:r>
              <w:t xml:space="preserve"> / Analiz</w:t>
            </w:r>
          </w:p>
        </w:tc>
        <w:tc>
          <w:tcPr>
            <w:tcW w:w="3593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9598672" w14:textId="08431A7D" w:rsidR="00163257" w:rsidRDefault="00163257"/>
        </w:tc>
      </w:tr>
    </w:tbl>
    <w:p w14:paraId="0CB8372D" w14:textId="77777777" w:rsidR="00070E6E" w:rsidRDefault="00070E6E">
      <w:pPr>
        <w:pStyle w:val="HeadingBlue"/>
      </w:pPr>
    </w:p>
    <w:p w14:paraId="3A98F4F4" w14:textId="115BE04A" w:rsidR="00163257" w:rsidRDefault="00000000">
      <w:pPr>
        <w:pStyle w:val="HeadingBlue"/>
      </w:pPr>
      <w:r>
        <w:t>3. Ç</w:t>
      </w:r>
      <w:proofErr w:type="spellStart"/>
      <w:r>
        <w:t>ıktı</w:t>
      </w:r>
      <w:proofErr w:type="spellEnd"/>
      <w:r>
        <w:t xml:space="preserve"> </w:t>
      </w:r>
      <w:proofErr w:type="spellStart"/>
      <w:r>
        <w:t>bazlı</w:t>
      </w:r>
      <w:proofErr w:type="spellEnd"/>
      <w:r>
        <w:t xml:space="preserve"> </w:t>
      </w:r>
      <w:proofErr w:type="spellStart"/>
      <w:r>
        <w:t>değerlendirme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814"/>
        <w:gridCol w:w="1814"/>
        <w:gridCol w:w="1531"/>
        <w:gridCol w:w="3458"/>
      </w:tblGrid>
      <w:tr w:rsidR="00163257" w14:paraId="5F757499" w14:textId="77777777">
        <w:trPr>
          <w:tblHeader/>
          <w:jc w:val="center"/>
        </w:trPr>
        <w:tc>
          <w:tcPr>
            <w:tcW w:w="1020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8F9F77B" w14:textId="77777777" w:rsidR="00163257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DÖÇ</w:t>
            </w:r>
          </w:p>
        </w:tc>
        <w:tc>
          <w:tcPr>
            <w:tcW w:w="1814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897DE0F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Ölçen</w:t>
            </w:r>
            <w:proofErr w:type="spellEnd"/>
            <w:r>
              <w:rPr>
                <w:b/>
                <w:color w:val="FFFFFF"/>
                <w:sz w:val="19"/>
              </w:rPr>
              <w:t xml:space="preserve"> Soru(lar)</w:t>
            </w:r>
          </w:p>
        </w:tc>
        <w:tc>
          <w:tcPr>
            <w:tcW w:w="1814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052EBE05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Başarı</w:t>
            </w:r>
            <w:proofErr w:type="spellEnd"/>
            <w:r>
              <w:rPr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Düzeyi</w:t>
            </w:r>
            <w:proofErr w:type="spellEnd"/>
          </w:p>
        </w:tc>
        <w:tc>
          <w:tcPr>
            <w:tcW w:w="1531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D3C6DC0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Sonuç</w:t>
            </w:r>
            <w:proofErr w:type="spellEnd"/>
          </w:p>
        </w:tc>
        <w:tc>
          <w:tcPr>
            <w:tcW w:w="3458" w:type="dxa"/>
            <w:shd w:val="clear" w:color="auto" w:fill="1F4E79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24B57D6" w14:textId="77777777" w:rsidR="00163257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İyileştirme</w:t>
            </w:r>
            <w:proofErr w:type="spellEnd"/>
            <w:r>
              <w:rPr>
                <w:b/>
                <w:color w:val="FFFFFF"/>
                <w:sz w:val="19"/>
              </w:rPr>
              <w:t xml:space="preserve"> / </w:t>
            </w:r>
            <w:proofErr w:type="spellStart"/>
            <w:r>
              <w:rPr>
                <w:b/>
                <w:color w:val="FFFFFF"/>
                <w:sz w:val="19"/>
              </w:rPr>
              <w:t>Önlem</w:t>
            </w:r>
            <w:proofErr w:type="spellEnd"/>
          </w:p>
        </w:tc>
      </w:tr>
      <w:tr w:rsidR="00163257" w14:paraId="3F9B17BA" w14:textId="77777777">
        <w:trPr>
          <w:jc w:val="center"/>
        </w:trPr>
        <w:tc>
          <w:tcPr>
            <w:tcW w:w="1020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806F2D7" w14:textId="22A9C3E8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7D9EF319" w14:textId="65CD6D2D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5E113D8" w14:textId="75A487B6" w:rsidR="00163257" w:rsidRDefault="00163257">
            <w:pPr>
              <w:jc w:val="center"/>
            </w:pPr>
          </w:p>
        </w:tc>
        <w:tc>
          <w:tcPr>
            <w:tcW w:w="1531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6C338C9" w14:textId="2F3975C2" w:rsidR="00163257" w:rsidRDefault="00163257" w:rsidP="00070E6E"/>
        </w:tc>
        <w:tc>
          <w:tcPr>
            <w:tcW w:w="3458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7A663F66" w14:textId="4A67563D" w:rsidR="00163257" w:rsidRDefault="00163257"/>
        </w:tc>
      </w:tr>
      <w:tr w:rsidR="00163257" w14:paraId="186A9347" w14:textId="77777777">
        <w:trPr>
          <w:jc w:val="center"/>
        </w:trPr>
        <w:tc>
          <w:tcPr>
            <w:tcW w:w="1020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3BEA1529" w14:textId="386FCEFA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E3A9087" w14:textId="6CDFE70B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7C73B39" w14:textId="058C27CF" w:rsidR="00163257" w:rsidRDefault="00163257">
            <w:pPr>
              <w:jc w:val="center"/>
            </w:pPr>
          </w:p>
        </w:tc>
        <w:tc>
          <w:tcPr>
            <w:tcW w:w="1531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137CBAE" w14:textId="1475C826" w:rsidR="00163257" w:rsidRDefault="00163257">
            <w:pPr>
              <w:jc w:val="center"/>
            </w:pPr>
          </w:p>
        </w:tc>
        <w:tc>
          <w:tcPr>
            <w:tcW w:w="3458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48DA11D" w14:textId="796435ED" w:rsidR="00163257" w:rsidRDefault="00163257"/>
        </w:tc>
      </w:tr>
      <w:tr w:rsidR="00163257" w14:paraId="7C7D1896" w14:textId="77777777">
        <w:trPr>
          <w:jc w:val="center"/>
        </w:trPr>
        <w:tc>
          <w:tcPr>
            <w:tcW w:w="1020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4BA0D80B" w14:textId="3E28A5DC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748D023F" w14:textId="64AF8FB3" w:rsidR="00163257" w:rsidRDefault="00163257">
            <w:pPr>
              <w:jc w:val="center"/>
            </w:pPr>
          </w:p>
        </w:tc>
        <w:tc>
          <w:tcPr>
            <w:tcW w:w="1814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09C2C70" w14:textId="04D47277" w:rsidR="00163257" w:rsidRDefault="00163257" w:rsidP="00070E6E"/>
        </w:tc>
        <w:tc>
          <w:tcPr>
            <w:tcW w:w="1531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6261A0C6" w14:textId="40BD488B" w:rsidR="00163257" w:rsidRDefault="00163257" w:rsidP="00070E6E"/>
        </w:tc>
        <w:tc>
          <w:tcPr>
            <w:tcW w:w="3458" w:type="dxa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5661AED6" w14:textId="3894E55C" w:rsidR="00163257" w:rsidRDefault="00163257"/>
        </w:tc>
      </w:tr>
    </w:tbl>
    <w:p w14:paraId="66253251" w14:textId="77777777" w:rsidR="00163257" w:rsidRDefault="00163257"/>
    <w:p w14:paraId="368460AB" w14:textId="4B0CDD5D" w:rsidR="00163257" w:rsidRDefault="00000000">
      <w:pPr>
        <w:jc w:val="right"/>
      </w:pPr>
      <w:proofErr w:type="spellStart"/>
      <w:r>
        <w:rPr>
          <w:i/>
          <w:sz w:val="20"/>
        </w:rPr>
        <w:t>Hazırlayan</w:t>
      </w:r>
      <w:proofErr w:type="spellEnd"/>
      <w:r>
        <w:rPr>
          <w:i/>
          <w:sz w:val="20"/>
        </w:rPr>
        <w:t>:</w:t>
      </w:r>
    </w:p>
    <w:sectPr w:rsidR="00163257" w:rsidSect="00034616">
      <w:headerReference w:type="default" r:id="rId8"/>
      <w:footerReference w:type="default" r:id="rId9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2164" w14:textId="77777777" w:rsidR="009322CB" w:rsidRDefault="009322CB">
      <w:pPr>
        <w:spacing w:after="0" w:line="240" w:lineRule="auto"/>
      </w:pPr>
      <w:r>
        <w:separator/>
      </w:r>
    </w:p>
  </w:endnote>
  <w:endnote w:type="continuationSeparator" w:id="0">
    <w:p w14:paraId="0092AD33" w14:textId="77777777" w:rsidR="009322CB" w:rsidRDefault="0093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7B05" w14:textId="77777777" w:rsidR="00163257" w:rsidRDefault="00000000">
    <w:pPr>
      <w:pStyle w:val="AltBilgi"/>
      <w:jc w:val="center"/>
    </w:pPr>
    <w:proofErr w:type="spellStart"/>
    <w:r>
      <w:rPr>
        <w:color w:val="808080"/>
        <w:sz w:val="17"/>
      </w:rPr>
      <w:t>Sınav</w:t>
    </w:r>
    <w:proofErr w:type="spellEnd"/>
    <w:r>
      <w:rPr>
        <w:color w:val="808080"/>
        <w:sz w:val="17"/>
      </w:rPr>
      <w:t xml:space="preserve"> </w:t>
    </w:r>
    <w:proofErr w:type="spellStart"/>
    <w:r>
      <w:rPr>
        <w:color w:val="808080"/>
        <w:sz w:val="17"/>
      </w:rPr>
      <w:t>Sorusu</w:t>
    </w:r>
    <w:proofErr w:type="spellEnd"/>
    <w:r>
      <w:rPr>
        <w:color w:val="808080"/>
        <w:sz w:val="17"/>
      </w:rPr>
      <w:t xml:space="preserve"> – </w:t>
    </w:r>
    <w:proofErr w:type="spellStart"/>
    <w:r>
      <w:rPr>
        <w:color w:val="808080"/>
        <w:sz w:val="17"/>
      </w:rPr>
      <w:t>Öğrenme</w:t>
    </w:r>
    <w:proofErr w:type="spellEnd"/>
    <w:r>
      <w:rPr>
        <w:color w:val="808080"/>
        <w:sz w:val="17"/>
      </w:rPr>
      <w:t xml:space="preserve"> </w:t>
    </w:r>
    <w:proofErr w:type="spellStart"/>
    <w:r>
      <w:rPr>
        <w:color w:val="808080"/>
        <w:sz w:val="17"/>
      </w:rPr>
      <w:t>Çıktısı</w:t>
    </w:r>
    <w:proofErr w:type="spellEnd"/>
    <w:r>
      <w:rPr>
        <w:color w:val="808080"/>
        <w:sz w:val="17"/>
      </w:rPr>
      <w:t xml:space="preserve"> Eşleştirme </w:t>
    </w:r>
    <w:proofErr w:type="spellStart"/>
    <w:r>
      <w:rPr>
        <w:color w:val="808080"/>
        <w:sz w:val="17"/>
      </w:rPr>
      <w:t>Şablonu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FCE4" w14:textId="77777777" w:rsidR="009322CB" w:rsidRDefault="009322CB">
      <w:pPr>
        <w:spacing w:after="0" w:line="240" w:lineRule="auto"/>
      </w:pPr>
      <w:r>
        <w:separator/>
      </w:r>
    </w:p>
  </w:footnote>
  <w:footnote w:type="continuationSeparator" w:id="0">
    <w:p w14:paraId="4081DDE6" w14:textId="77777777" w:rsidR="009322CB" w:rsidRDefault="00932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84C8" w14:textId="77777777" w:rsidR="00163257" w:rsidRDefault="00000000">
    <w:pPr>
      <w:pStyle w:val="stBilgi"/>
      <w:jc w:val="right"/>
    </w:pPr>
    <w:r>
      <w:rPr>
        <w:color w:val="808080"/>
        <w:sz w:val="17"/>
      </w:rPr>
      <w:t xml:space="preserve">STAR </w:t>
    </w:r>
    <w:proofErr w:type="spellStart"/>
    <w:r>
      <w:rPr>
        <w:color w:val="808080"/>
        <w:sz w:val="17"/>
      </w:rPr>
      <w:t>Ölçme-Değerlendirme</w:t>
    </w:r>
    <w:proofErr w:type="spellEnd"/>
    <w:r>
      <w:rPr>
        <w:color w:val="808080"/>
        <w:sz w:val="17"/>
      </w:rPr>
      <w:t xml:space="preserve"> </w:t>
    </w:r>
    <w:proofErr w:type="spellStart"/>
    <w:r>
      <w:rPr>
        <w:color w:val="808080"/>
        <w:sz w:val="17"/>
      </w:rPr>
      <w:t>Formu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5559195">
    <w:abstractNumId w:val="8"/>
  </w:num>
  <w:num w:numId="2" w16cid:durableId="261573898">
    <w:abstractNumId w:val="6"/>
  </w:num>
  <w:num w:numId="3" w16cid:durableId="361789195">
    <w:abstractNumId w:val="5"/>
  </w:num>
  <w:num w:numId="4" w16cid:durableId="152769370">
    <w:abstractNumId w:val="4"/>
  </w:num>
  <w:num w:numId="5" w16cid:durableId="204610499">
    <w:abstractNumId w:val="7"/>
  </w:num>
  <w:num w:numId="6" w16cid:durableId="1542009602">
    <w:abstractNumId w:val="3"/>
  </w:num>
  <w:num w:numId="7" w16cid:durableId="390347952">
    <w:abstractNumId w:val="2"/>
  </w:num>
  <w:num w:numId="8" w16cid:durableId="810253160">
    <w:abstractNumId w:val="1"/>
  </w:num>
  <w:num w:numId="9" w16cid:durableId="557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563"/>
    <w:rsid w:val="00070E6E"/>
    <w:rsid w:val="0015074B"/>
    <w:rsid w:val="00163257"/>
    <w:rsid w:val="0029639D"/>
    <w:rsid w:val="00326F90"/>
    <w:rsid w:val="004F1D85"/>
    <w:rsid w:val="004F607B"/>
    <w:rsid w:val="00506E56"/>
    <w:rsid w:val="008358BA"/>
    <w:rsid w:val="009112CC"/>
    <w:rsid w:val="009322CB"/>
    <w:rsid w:val="009B7EBC"/>
    <w:rsid w:val="00AA1D8D"/>
    <w:rsid w:val="00B37C87"/>
    <w:rsid w:val="00B42228"/>
    <w:rsid w:val="00B47730"/>
    <w:rsid w:val="00CB0664"/>
    <w:rsid w:val="00DE27D1"/>
    <w:rsid w:val="00DE364F"/>
    <w:rsid w:val="00EB34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5E784"/>
  <w14:defaultImageDpi w14:val="300"/>
  <w15:docId w15:val="{C0B3BD18-9986-4740-8155-1C4D289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Blue">
    <w:name w:val="TitleBlue"/>
    <w:rPr>
      <w:rFonts w:ascii="Calibri" w:eastAsia="Calibri" w:hAnsi="Calibri"/>
      <w:b/>
      <w:color w:val="1F4E79"/>
      <w:sz w:val="32"/>
    </w:rPr>
  </w:style>
  <w:style w:type="paragraph" w:customStyle="1" w:styleId="Subtle">
    <w:name w:val="Subtle"/>
    <w:rPr>
      <w:rFonts w:ascii="Calibri" w:eastAsia="Calibri" w:hAnsi="Calibri"/>
      <w:color w:val="595959"/>
      <w:sz w:val="18"/>
    </w:rPr>
  </w:style>
  <w:style w:type="paragraph" w:customStyle="1" w:styleId="HeadingBlue">
    <w:name w:val="HeadingBlue"/>
    <w:rPr>
      <w:rFonts w:ascii="Calibri" w:eastAsia="Calibri" w:hAnsi="Calibri"/>
      <w:b/>
      <w:color w:val="1F4E79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Selim KIROVA</cp:lastModifiedBy>
  <cp:revision>6</cp:revision>
  <dcterms:created xsi:type="dcterms:W3CDTF">2026-04-01T12:14:00Z</dcterms:created>
  <dcterms:modified xsi:type="dcterms:W3CDTF">2026-06-07T09:20:00Z</dcterms:modified>
  <cp:category/>
</cp:coreProperties>
</file>